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39DA" w14:textId="5E4BAB00" w:rsidR="00E810D9" w:rsidRPr="003A3B7A" w:rsidRDefault="00711EBA" w:rsidP="004114C2">
      <w:pPr>
        <w:pStyle w:val="Nagwek1"/>
        <w:jc w:val="center"/>
        <w:rPr>
          <w:rFonts w:asciiTheme="minorHAnsi" w:hAnsiTheme="minorHAnsi" w:cs="Calibri"/>
          <w:color w:val="auto"/>
          <w:lang w:val="pl-PL"/>
        </w:rPr>
      </w:pPr>
      <w:r>
        <w:rPr>
          <w:rFonts w:asciiTheme="minorHAnsi" w:hAnsiTheme="minorHAnsi" w:cs="Calibri"/>
          <w:color w:val="auto"/>
          <w:lang w:val="pl-PL"/>
        </w:rPr>
        <w:t>POTWIERDZENIE PRZYŁĄCZENIA</w:t>
      </w:r>
      <w:r w:rsidR="00C3063C">
        <w:rPr>
          <w:rFonts w:asciiTheme="minorHAnsi" w:hAnsiTheme="minorHAnsi" w:cs="Calibri"/>
          <w:color w:val="auto"/>
          <w:lang w:val="pl-PL"/>
        </w:rPr>
        <w:t>/AKTUALIZACJI</w:t>
      </w:r>
      <w:r>
        <w:rPr>
          <w:rFonts w:asciiTheme="minorHAnsi" w:hAnsiTheme="minorHAnsi" w:cs="Calibri"/>
          <w:color w:val="auto"/>
          <w:lang w:val="pl-PL"/>
        </w:rPr>
        <w:t xml:space="preserve"> MIKROINSTALACJI </w:t>
      </w:r>
      <w:r w:rsidRPr="002C1B11">
        <w:rPr>
          <w:rFonts w:asciiTheme="minorHAnsi" w:hAnsiTheme="minorHAnsi" w:cs="Calibri"/>
          <w:color w:val="4F6228" w:themeColor="accent3" w:themeShade="80"/>
          <w:lang w:val="pl-PL"/>
        </w:rPr>
        <w:t>WRAZ Z MAGAZYNEM ENERGII ELEKTRYCZNEJ</w:t>
      </w:r>
    </w:p>
    <w:p w14:paraId="7CA3253B" w14:textId="77777777" w:rsidR="004114C2" w:rsidRPr="003A3B7A" w:rsidRDefault="004114C2">
      <w:pPr>
        <w:rPr>
          <w:rFonts w:cs="Calibri"/>
          <w:lang w:val="pl-PL"/>
        </w:rPr>
      </w:pPr>
    </w:p>
    <w:p w14:paraId="4920C298" w14:textId="11D6D845" w:rsidR="00E810D9" w:rsidRPr="003A3B7A" w:rsidRDefault="000A2A7B" w:rsidP="003A3B7A">
      <w:pPr>
        <w:spacing w:line="240" w:lineRule="auto"/>
        <w:jc w:val="both"/>
        <w:rPr>
          <w:rFonts w:cs="Calibri"/>
          <w:sz w:val="24"/>
          <w:szCs w:val="24"/>
          <w:lang w:val="pl-PL"/>
        </w:rPr>
      </w:pPr>
      <w:r w:rsidRPr="003A3B7A">
        <w:rPr>
          <w:color w:val="212121"/>
          <w:lang w:val="pl-PL"/>
        </w:rPr>
        <w:t>OSD stosownie do art. 7 ust. 8d</w:t>
      </w:r>
      <w:r w:rsidRPr="002C1B11">
        <w:rPr>
          <w:color w:val="212121"/>
          <w:vertAlign w:val="superscript"/>
          <w:lang w:val="pl-PL"/>
        </w:rPr>
        <w:t>7</w:t>
      </w:r>
      <w:r w:rsidRPr="003A3B7A">
        <w:rPr>
          <w:color w:val="212121"/>
          <w:lang w:val="pl-PL"/>
        </w:rPr>
        <w:t xml:space="preserve"> ustawy z dnia 10 kwietnia 1997 r. Prawo energetyczne (Dz.U. 2026 poz. 43</w:t>
      </w:r>
      <w:r w:rsidR="00145148">
        <w:rPr>
          <w:color w:val="212121"/>
          <w:lang w:val="pl-PL"/>
        </w:rPr>
        <w:t>, z późn. zm.</w:t>
      </w:r>
      <w:r w:rsidRPr="003A3B7A">
        <w:rPr>
          <w:color w:val="212121"/>
          <w:lang w:val="pl-PL"/>
        </w:rPr>
        <w:t>),</w:t>
      </w:r>
      <w:r w:rsidRPr="003A3B7A">
        <w:rPr>
          <w:color w:val="212121"/>
          <w:spacing w:val="40"/>
          <w:lang w:val="pl-PL"/>
        </w:rPr>
        <w:t xml:space="preserve"> </w:t>
      </w:r>
      <w:r w:rsidRPr="003A3B7A">
        <w:rPr>
          <w:color w:val="212121"/>
          <w:lang w:val="pl-PL"/>
        </w:rPr>
        <w:t>potwierdza</w:t>
      </w:r>
      <w:r w:rsidRPr="003A3B7A">
        <w:rPr>
          <w:color w:val="212121"/>
          <w:spacing w:val="40"/>
          <w:lang w:val="pl-PL"/>
        </w:rPr>
        <w:t xml:space="preserve"> </w:t>
      </w:r>
      <w:r w:rsidRPr="003A3B7A">
        <w:rPr>
          <w:color w:val="212121"/>
          <w:lang w:val="pl-PL"/>
        </w:rPr>
        <w:t>przyłączenie</w:t>
      </w:r>
      <w:r w:rsidRPr="003A3B7A">
        <w:rPr>
          <w:color w:val="212121"/>
          <w:spacing w:val="40"/>
          <w:lang w:val="pl-PL"/>
        </w:rPr>
        <w:t xml:space="preserve"> </w:t>
      </w:r>
      <w:r w:rsidRPr="003A3B7A">
        <w:rPr>
          <w:color w:val="212121"/>
          <w:lang w:val="pl-PL"/>
        </w:rPr>
        <w:t>mikroinstalacji</w:t>
      </w:r>
      <w:r w:rsidRPr="003A3B7A">
        <w:rPr>
          <w:color w:val="212121"/>
          <w:spacing w:val="27"/>
          <w:lang w:val="pl-PL"/>
        </w:rPr>
        <w:t xml:space="preserve"> </w:t>
      </w:r>
      <w:r w:rsidRPr="003A3B7A">
        <w:rPr>
          <w:color w:val="212121"/>
          <w:lang w:val="pl-PL"/>
        </w:rPr>
        <w:t>do</w:t>
      </w:r>
      <w:r w:rsidRPr="003A3B7A">
        <w:rPr>
          <w:color w:val="212121"/>
          <w:spacing w:val="80"/>
          <w:w w:val="150"/>
          <w:lang w:val="pl-PL"/>
        </w:rPr>
        <w:t xml:space="preserve"> </w:t>
      </w:r>
      <w:r w:rsidRPr="003A3B7A">
        <w:rPr>
          <w:color w:val="212121"/>
          <w:lang w:val="pl-PL"/>
        </w:rPr>
        <w:t>sieci</w:t>
      </w:r>
      <w:r w:rsidRPr="003A3B7A">
        <w:rPr>
          <w:color w:val="212121"/>
          <w:spacing w:val="80"/>
          <w:w w:val="150"/>
          <w:lang w:val="pl-PL"/>
        </w:rPr>
        <w:t xml:space="preserve"> </w:t>
      </w:r>
      <w:r w:rsidRPr="003A3B7A">
        <w:rPr>
          <w:color w:val="212121"/>
          <w:lang w:val="pl-PL"/>
        </w:rPr>
        <w:t>oraz</w:t>
      </w:r>
      <w:r w:rsidRPr="003A3B7A">
        <w:rPr>
          <w:color w:val="212121"/>
          <w:spacing w:val="80"/>
          <w:lang w:val="pl-PL"/>
        </w:rPr>
        <w:t xml:space="preserve"> </w:t>
      </w:r>
      <w:r w:rsidRPr="003A3B7A">
        <w:rPr>
          <w:color w:val="212121"/>
          <w:lang w:val="pl-PL"/>
        </w:rPr>
        <w:t>zainstalowanie</w:t>
      </w:r>
      <w:r w:rsidRPr="003A3B7A">
        <w:rPr>
          <w:color w:val="212121"/>
          <w:spacing w:val="80"/>
          <w:w w:val="150"/>
          <w:lang w:val="pl-PL"/>
        </w:rPr>
        <w:t xml:space="preserve"> </w:t>
      </w:r>
      <w:r w:rsidRPr="003A3B7A">
        <w:rPr>
          <w:color w:val="212121"/>
          <w:lang w:val="pl-PL"/>
        </w:rPr>
        <w:t>urządzenia pomiarowo-rozliczeniowego (licznika dwukierunkowego)</w:t>
      </w:r>
      <w:r w:rsidR="003A3B7A" w:rsidRPr="003A3B7A">
        <w:rPr>
          <w:color w:val="212121"/>
          <w:lang w:val="pl-PL"/>
        </w:rPr>
        <w:t xml:space="preserve">.  </w:t>
      </w:r>
      <w:r w:rsidR="003A3B7A" w:rsidRPr="002C1B11">
        <w:rPr>
          <w:color w:val="4F6228" w:themeColor="accent3" w:themeShade="80"/>
          <w:lang w:val="pl-PL"/>
        </w:rPr>
        <w:t xml:space="preserve">Do mikroinstalacji przyłączony </w:t>
      </w:r>
      <w:r w:rsidR="009C6794" w:rsidRPr="002C1B11">
        <w:rPr>
          <w:color w:val="4F6228" w:themeColor="accent3" w:themeShade="80"/>
          <w:lang w:val="pl-PL"/>
        </w:rPr>
        <w:t>jest</w:t>
      </w:r>
      <w:r w:rsidR="00EA2E15" w:rsidRPr="002C1B11">
        <w:rPr>
          <w:color w:val="4F6228" w:themeColor="accent3" w:themeShade="80"/>
          <w:lang w:val="pl-PL"/>
        </w:rPr>
        <w:t xml:space="preserve"> </w:t>
      </w:r>
      <w:r w:rsidR="003A3B7A" w:rsidRPr="002C1B11">
        <w:rPr>
          <w:color w:val="4F6228" w:themeColor="accent3" w:themeShade="80"/>
          <w:lang w:val="pl-PL"/>
        </w:rPr>
        <w:t xml:space="preserve">magazyn energii elektrycznej. </w:t>
      </w:r>
    </w:p>
    <w:p w14:paraId="24DA0FF0" w14:textId="7A3378A6" w:rsidR="00E810D9" w:rsidRPr="003A3B7A" w:rsidRDefault="00A02809" w:rsidP="003A3B7A">
      <w:pPr>
        <w:pStyle w:val="Nagwek2"/>
        <w:spacing w:line="240" w:lineRule="auto"/>
        <w:rPr>
          <w:rFonts w:asciiTheme="minorHAnsi" w:hAnsiTheme="minorHAnsi" w:cs="Calibri"/>
          <w:color w:val="auto"/>
          <w:lang w:val="pl-PL"/>
        </w:rPr>
      </w:pPr>
      <w:r w:rsidRPr="003A3B7A">
        <w:rPr>
          <w:rFonts w:asciiTheme="minorHAnsi" w:hAnsiTheme="minorHAnsi" w:cs="Calibri"/>
          <w:color w:val="auto"/>
          <w:lang w:val="pl-PL"/>
        </w:rPr>
        <w:t xml:space="preserve">DANE </w:t>
      </w:r>
      <w:r w:rsidR="00EC272A">
        <w:rPr>
          <w:rFonts w:asciiTheme="minorHAnsi" w:hAnsiTheme="minorHAnsi" w:cs="Calibri"/>
          <w:color w:val="auto"/>
          <w:lang w:val="pl-PL"/>
        </w:rPr>
        <w:t>WŁAŚCICIELA MIKROINSTALACJI</w:t>
      </w:r>
    </w:p>
    <w:p w14:paraId="7EB9448A" w14:textId="50C485A2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>Imię i nazwisko</w:t>
      </w:r>
      <w:r w:rsidR="00EC272A">
        <w:rPr>
          <w:rFonts w:cs="Calibri"/>
          <w:lang w:val="pl-PL"/>
        </w:rPr>
        <w:t>/Nazwa</w:t>
      </w:r>
      <w:r w:rsidRPr="003A3B7A">
        <w:rPr>
          <w:rFonts w:cs="Calibri"/>
          <w:lang w:val="pl-PL"/>
        </w:rPr>
        <w:t>: .............................................................</w:t>
      </w:r>
      <w:r w:rsidR="004114C2" w:rsidRPr="003A3B7A">
        <w:rPr>
          <w:rFonts w:cs="Calibri"/>
          <w:lang w:val="pl-PL"/>
        </w:rPr>
        <w:t>.................................................................</w:t>
      </w:r>
      <w:r w:rsidR="003A3B7A">
        <w:rPr>
          <w:rFonts w:cs="Calibri"/>
          <w:lang w:val="pl-PL"/>
        </w:rPr>
        <w:t>....................</w:t>
      </w:r>
      <w:r w:rsidR="00780094">
        <w:rPr>
          <w:rFonts w:cs="Calibri"/>
          <w:lang w:val="pl-PL"/>
        </w:rPr>
        <w:t>...</w:t>
      </w:r>
      <w:r w:rsidR="003A3B7A">
        <w:rPr>
          <w:rFonts w:cs="Calibri"/>
          <w:lang w:val="pl-PL"/>
        </w:rPr>
        <w:t>.....</w:t>
      </w:r>
      <w:r w:rsidR="004114C2" w:rsidRPr="003A3B7A">
        <w:rPr>
          <w:rFonts w:cs="Calibri"/>
          <w:lang w:val="pl-PL"/>
        </w:rPr>
        <w:t>.</w:t>
      </w:r>
      <w:r w:rsidRPr="003A3B7A">
        <w:rPr>
          <w:rFonts w:cs="Calibri"/>
          <w:lang w:val="pl-PL"/>
        </w:rPr>
        <w:t>.</w:t>
      </w:r>
    </w:p>
    <w:p w14:paraId="0BC8D300" w14:textId="0A57FAD3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>Numer Punktu Poboru Energii (PPE): .............................................</w:t>
      </w:r>
      <w:r w:rsidR="004114C2" w:rsidRPr="003A3B7A">
        <w:rPr>
          <w:rFonts w:cs="Calibri"/>
          <w:lang w:val="pl-PL"/>
        </w:rPr>
        <w:t>..............................................</w:t>
      </w:r>
      <w:r w:rsidR="003A3B7A">
        <w:rPr>
          <w:rFonts w:cs="Calibri"/>
          <w:lang w:val="pl-PL"/>
        </w:rPr>
        <w:t>........</w:t>
      </w:r>
      <w:r w:rsidR="00780094">
        <w:rPr>
          <w:rFonts w:cs="Calibri"/>
          <w:lang w:val="pl-PL"/>
        </w:rPr>
        <w:t>...</w:t>
      </w:r>
      <w:r w:rsidR="003A3B7A">
        <w:rPr>
          <w:rFonts w:cs="Calibri"/>
          <w:lang w:val="pl-PL"/>
        </w:rPr>
        <w:t>.....</w:t>
      </w:r>
      <w:r w:rsidR="004114C2" w:rsidRPr="003A3B7A">
        <w:rPr>
          <w:rFonts w:cs="Calibri"/>
          <w:lang w:val="pl-PL"/>
        </w:rPr>
        <w:t>..</w:t>
      </w:r>
      <w:r w:rsidR="00780094">
        <w:rPr>
          <w:rFonts w:cs="Calibri"/>
          <w:lang w:val="pl-PL"/>
        </w:rPr>
        <w:t>..</w:t>
      </w:r>
      <w:r w:rsidR="004114C2" w:rsidRPr="003A3B7A">
        <w:rPr>
          <w:rFonts w:cs="Calibri"/>
          <w:lang w:val="pl-PL"/>
        </w:rPr>
        <w:t>.</w:t>
      </w:r>
      <w:r w:rsidR="00860402">
        <w:rPr>
          <w:rFonts w:cs="Calibri"/>
          <w:lang w:val="pl-PL"/>
        </w:rPr>
        <w:t>.................</w:t>
      </w:r>
    </w:p>
    <w:p w14:paraId="6ACCBB42" w14:textId="100D1199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 xml:space="preserve">Rodzaj zainstalowanej </w:t>
      </w:r>
      <w:r w:rsidR="005C2B08">
        <w:rPr>
          <w:rFonts w:cs="Calibri"/>
          <w:lang w:val="pl-PL"/>
        </w:rPr>
        <w:t>mikro</w:t>
      </w:r>
      <w:r w:rsidRPr="003A3B7A">
        <w:rPr>
          <w:rFonts w:cs="Calibri"/>
          <w:lang w:val="pl-PL"/>
        </w:rPr>
        <w:t>instalacji (np. PV): ......</w:t>
      </w:r>
      <w:r w:rsidR="004114C2" w:rsidRPr="003A3B7A">
        <w:rPr>
          <w:rFonts w:cs="Calibri"/>
          <w:lang w:val="pl-PL"/>
        </w:rPr>
        <w:t>..............................................</w:t>
      </w:r>
      <w:r w:rsidRPr="003A3B7A">
        <w:rPr>
          <w:rFonts w:cs="Calibri"/>
          <w:lang w:val="pl-PL"/>
        </w:rPr>
        <w:t>.</w:t>
      </w:r>
      <w:r w:rsidR="004114C2" w:rsidRPr="003A3B7A">
        <w:rPr>
          <w:rFonts w:cs="Calibri"/>
          <w:lang w:val="pl-PL"/>
        </w:rPr>
        <w:t>..................</w:t>
      </w:r>
      <w:r w:rsidR="003A3B7A">
        <w:rPr>
          <w:rFonts w:cs="Calibri"/>
          <w:lang w:val="pl-PL"/>
        </w:rPr>
        <w:t>..</w:t>
      </w:r>
      <w:r w:rsidR="00780094">
        <w:rPr>
          <w:rFonts w:cs="Calibri"/>
          <w:lang w:val="pl-PL"/>
        </w:rPr>
        <w:t>...</w:t>
      </w:r>
      <w:r w:rsidR="003A3B7A">
        <w:rPr>
          <w:rFonts w:cs="Calibri"/>
          <w:lang w:val="pl-PL"/>
        </w:rPr>
        <w:t>.........</w:t>
      </w:r>
      <w:r w:rsidR="004114C2" w:rsidRPr="003A3B7A">
        <w:rPr>
          <w:rFonts w:cs="Calibri"/>
          <w:lang w:val="pl-PL"/>
        </w:rPr>
        <w:t>..</w:t>
      </w:r>
      <w:r w:rsidR="00780094">
        <w:rPr>
          <w:rFonts w:cs="Calibri"/>
          <w:lang w:val="pl-PL"/>
        </w:rPr>
        <w:t>..</w:t>
      </w:r>
      <w:r w:rsidR="004114C2" w:rsidRPr="003A3B7A">
        <w:rPr>
          <w:rFonts w:cs="Calibri"/>
          <w:lang w:val="pl-PL"/>
        </w:rPr>
        <w:t>....</w:t>
      </w:r>
      <w:r w:rsidR="00860402">
        <w:rPr>
          <w:rFonts w:cs="Calibri"/>
          <w:lang w:val="pl-PL"/>
        </w:rPr>
        <w:t>................</w:t>
      </w:r>
    </w:p>
    <w:p w14:paraId="38673C70" w14:textId="76F0652A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>Adres PPE (miejscowość, ulica, nr domu i lokalu): ........</w:t>
      </w:r>
      <w:r w:rsidR="004114C2" w:rsidRPr="003A3B7A">
        <w:rPr>
          <w:rFonts w:cs="Calibri"/>
          <w:lang w:val="pl-PL"/>
        </w:rPr>
        <w:t>........................................</w:t>
      </w:r>
      <w:r w:rsidRPr="003A3B7A">
        <w:rPr>
          <w:rFonts w:cs="Calibri"/>
          <w:lang w:val="pl-PL"/>
        </w:rPr>
        <w:t>........</w:t>
      </w:r>
      <w:r w:rsidR="004114C2" w:rsidRPr="003A3B7A">
        <w:rPr>
          <w:rFonts w:cs="Calibri"/>
          <w:lang w:val="pl-PL"/>
        </w:rPr>
        <w:t>.............</w:t>
      </w:r>
      <w:r w:rsidR="003A3B7A">
        <w:rPr>
          <w:rFonts w:cs="Calibri"/>
          <w:lang w:val="pl-PL"/>
        </w:rPr>
        <w:t>.........</w:t>
      </w:r>
      <w:r w:rsidR="00780094">
        <w:rPr>
          <w:rFonts w:cs="Calibri"/>
          <w:lang w:val="pl-PL"/>
        </w:rPr>
        <w:t>.....</w:t>
      </w:r>
      <w:r w:rsidR="004114C2" w:rsidRPr="003A3B7A">
        <w:rPr>
          <w:rFonts w:cs="Calibri"/>
          <w:lang w:val="pl-PL"/>
        </w:rPr>
        <w:t>....</w:t>
      </w:r>
      <w:r w:rsidR="00860402">
        <w:rPr>
          <w:rFonts w:cs="Calibri"/>
          <w:lang w:val="pl-PL"/>
        </w:rPr>
        <w:t>.................</w:t>
      </w:r>
    </w:p>
    <w:p w14:paraId="3B606D24" w14:textId="21B1522C" w:rsidR="000A2A7B" w:rsidRDefault="000A2A7B" w:rsidP="003A3B7A">
      <w:pPr>
        <w:spacing w:line="240" w:lineRule="auto"/>
        <w:rPr>
          <w:rFonts w:cs="Calibri"/>
          <w:lang w:val="pl-PL"/>
        </w:rPr>
      </w:pPr>
      <w:r w:rsidRPr="00F82ECD">
        <w:rPr>
          <w:rFonts w:cs="Calibri"/>
          <w:lang w:val="pl-PL"/>
        </w:rPr>
        <w:t xml:space="preserve">Moc </w:t>
      </w:r>
      <w:r w:rsidR="00153EBB" w:rsidRPr="00F82ECD">
        <w:rPr>
          <w:rFonts w:cs="Calibri"/>
          <w:lang w:val="pl-PL"/>
        </w:rPr>
        <w:t xml:space="preserve">mikroinstalacji </w:t>
      </w:r>
      <w:r w:rsidR="00680D5D">
        <w:rPr>
          <w:rFonts w:cs="Calibri"/>
          <w:lang w:val="pl-PL"/>
        </w:rPr>
        <w:t>- źródła wytwórczego</w:t>
      </w:r>
      <w:r w:rsidR="003A3B7A" w:rsidRPr="00F82ECD">
        <w:rPr>
          <w:rFonts w:cs="Calibri"/>
          <w:lang w:val="pl-PL"/>
        </w:rPr>
        <w:t xml:space="preserve"> [kW]</w:t>
      </w:r>
      <w:r w:rsidRPr="00F82ECD">
        <w:rPr>
          <w:rFonts w:cs="Calibri"/>
          <w:lang w:val="pl-PL"/>
        </w:rPr>
        <w:t>: ……………………………………………………</w:t>
      </w:r>
      <w:r w:rsidR="003A3B7A" w:rsidRPr="00F82ECD">
        <w:rPr>
          <w:rFonts w:cs="Calibri"/>
          <w:lang w:val="pl-PL"/>
        </w:rPr>
        <w:t>………</w:t>
      </w:r>
      <w:r w:rsidR="00780094">
        <w:rPr>
          <w:rFonts w:cs="Calibri"/>
          <w:lang w:val="pl-PL"/>
        </w:rPr>
        <w:t>..</w:t>
      </w:r>
      <w:r w:rsidRPr="00F82ECD">
        <w:rPr>
          <w:rFonts w:cs="Calibri"/>
          <w:lang w:val="pl-PL"/>
        </w:rPr>
        <w:t>…</w:t>
      </w:r>
      <w:r w:rsidR="00860402">
        <w:rPr>
          <w:rFonts w:cs="Calibri"/>
          <w:lang w:val="pl-PL"/>
        </w:rPr>
        <w:t>…………..</w:t>
      </w:r>
    </w:p>
    <w:p w14:paraId="1103F2C1" w14:textId="2AAA23C6" w:rsidR="00780094" w:rsidRPr="00CE0B7B" w:rsidRDefault="00780094" w:rsidP="003A3B7A">
      <w:pPr>
        <w:spacing w:line="240" w:lineRule="auto"/>
        <w:rPr>
          <w:rFonts w:cs="Calibri"/>
          <w:i/>
          <w:iCs/>
          <w:sz w:val="20"/>
          <w:szCs w:val="20"/>
          <w:lang w:val="pl-PL"/>
        </w:rPr>
      </w:pPr>
      <w:r w:rsidRPr="00CE0B7B">
        <w:rPr>
          <w:rFonts w:cs="Calibri"/>
          <w:sz w:val="20"/>
          <w:szCs w:val="20"/>
          <w:lang w:val="pl-PL"/>
        </w:rPr>
        <w:t>(</w:t>
      </w:r>
      <w:r w:rsidRPr="00CE0B7B">
        <w:rPr>
          <w:rFonts w:cs="Calibri"/>
          <w:i/>
          <w:iCs/>
          <w:sz w:val="20"/>
          <w:szCs w:val="20"/>
          <w:lang w:val="pl-PL"/>
        </w:rPr>
        <w:t>aktualna moc mikroinstalacji na dzień wydania tego dokumentu)</w:t>
      </w:r>
    </w:p>
    <w:p w14:paraId="205BEB14" w14:textId="7ECA85A3" w:rsidR="00153EBB" w:rsidRPr="00CE0B7B" w:rsidRDefault="005C2B08" w:rsidP="00153EBB">
      <w:pPr>
        <w:spacing w:line="240" w:lineRule="auto"/>
        <w:rPr>
          <w:rFonts w:cs="Calibri"/>
          <w:lang w:val="pl-PL"/>
        </w:rPr>
      </w:pPr>
      <w:r>
        <w:rPr>
          <w:rFonts w:cs="Calibri"/>
          <w:lang w:val="pl-PL"/>
        </w:rPr>
        <w:t>Łączna m</w:t>
      </w:r>
      <w:r w:rsidR="00153EBB" w:rsidRPr="00CE0B7B">
        <w:rPr>
          <w:rFonts w:cs="Calibri"/>
          <w:lang w:val="pl-PL"/>
        </w:rPr>
        <w:t xml:space="preserve">oc </w:t>
      </w:r>
      <w:r w:rsidR="009C6794">
        <w:rPr>
          <w:rFonts w:cs="Calibri"/>
          <w:lang w:val="pl-PL"/>
        </w:rPr>
        <w:t xml:space="preserve">zainstalowana </w:t>
      </w:r>
      <w:r w:rsidR="00680D5D">
        <w:rPr>
          <w:rFonts w:cs="Calibri"/>
          <w:lang w:val="pl-PL"/>
        </w:rPr>
        <w:t>mikro</w:t>
      </w:r>
      <w:r w:rsidR="00153EBB" w:rsidRPr="00CE0B7B">
        <w:rPr>
          <w:rFonts w:cs="Calibri"/>
          <w:lang w:val="pl-PL"/>
        </w:rPr>
        <w:t>instalacji (łączna moc</w:t>
      </w:r>
      <w:r w:rsidR="00E832FC" w:rsidRPr="00CE0B7B">
        <w:rPr>
          <w:rFonts w:cs="Calibri"/>
          <w:lang w:val="pl-PL"/>
        </w:rPr>
        <w:t xml:space="preserve"> elementów wytwórczych</w:t>
      </w:r>
      <w:r w:rsidR="00EA2E15">
        <w:rPr>
          <w:rFonts w:cs="Calibri"/>
          <w:lang w:val="pl-PL"/>
        </w:rPr>
        <w:t xml:space="preserve">, </w:t>
      </w:r>
      <w:r w:rsidR="00EA2E15" w:rsidRPr="002C1B11">
        <w:rPr>
          <w:rFonts w:cs="Calibri"/>
          <w:color w:val="4F6228" w:themeColor="accent3" w:themeShade="80"/>
          <w:lang w:val="pl-PL"/>
        </w:rPr>
        <w:t>magazynu energii elektrycznej</w:t>
      </w:r>
      <w:r w:rsidR="00153EBB" w:rsidRPr="00CE0B7B">
        <w:rPr>
          <w:rFonts w:cs="Calibri"/>
          <w:lang w:val="pl-PL"/>
        </w:rPr>
        <w:t>)  [kW]: …………………………………</w:t>
      </w:r>
      <w:r w:rsidR="00780094" w:rsidRPr="00CE0B7B">
        <w:rPr>
          <w:rFonts w:cs="Calibri"/>
          <w:lang w:val="pl-PL"/>
        </w:rPr>
        <w:t>..</w:t>
      </w:r>
      <w:r w:rsidR="00153EBB" w:rsidRPr="00CE0B7B">
        <w:rPr>
          <w:rFonts w:cs="Calibri"/>
          <w:lang w:val="pl-PL"/>
        </w:rPr>
        <w:t>…</w:t>
      </w:r>
      <w:r w:rsidR="00860402">
        <w:rPr>
          <w:rFonts w:cs="Calibri"/>
          <w:lang w:val="pl-PL"/>
        </w:rPr>
        <w:t>…………….</w:t>
      </w:r>
    </w:p>
    <w:p w14:paraId="1D95B085" w14:textId="4F92FD96" w:rsidR="00706F61" w:rsidRDefault="00F82ECD" w:rsidP="00706F61">
      <w:pPr>
        <w:spacing w:line="240" w:lineRule="auto"/>
        <w:rPr>
          <w:rFonts w:cs="Calibri"/>
          <w:color w:val="FF0000"/>
          <w:lang w:val="pl-PL"/>
        </w:rPr>
      </w:pPr>
      <w:r w:rsidRPr="00CE0B7B">
        <w:rPr>
          <w:rFonts w:cs="Calibri"/>
          <w:i/>
          <w:iCs/>
          <w:sz w:val="20"/>
          <w:szCs w:val="20"/>
          <w:lang w:val="pl-PL"/>
        </w:rPr>
        <w:t xml:space="preserve">(należy wpisać łączną moc wszystkich źródeł wytwórczych np. instalacja fotowoltaiczna, wiatrowa, wodna, biogazownia,  magazyn </w:t>
      </w:r>
      <w:r w:rsidR="00DF4D1B">
        <w:rPr>
          <w:rFonts w:cs="Calibri"/>
          <w:i/>
          <w:iCs/>
          <w:sz w:val="20"/>
          <w:szCs w:val="20"/>
          <w:lang w:val="pl-PL"/>
        </w:rPr>
        <w:t xml:space="preserve">energii </w:t>
      </w:r>
      <w:r w:rsidR="00741D62">
        <w:rPr>
          <w:rFonts w:cs="Calibri"/>
          <w:i/>
          <w:iCs/>
          <w:sz w:val="20"/>
          <w:szCs w:val="20"/>
          <w:lang w:val="pl-PL"/>
        </w:rPr>
        <w:t>elektrycznej</w:t>
      </w:r>
      <w:r w:rsidRPr="00CE0B7B">
        <w:rPr>
          <w:rFonts w:cs="Calibri"/>
          <w:i/>
          <w:iCs/>
          <w:sz w:val="20"/>
          <w:szCs w:val="20"/>
          <w:lang w:val="pl-PL"/>
        </w:rPr>
        <w:t>)</w:t>
      </w:r>
      <w:r w:rsidRPr="00CE0B7B">
        <w:rPr>
          <w:rFonts w:cs="Calibri"/>
          <w:lang w:val="pl-PL"/>
        </w:rPr>
        <w:t>.</w:t>
      </w:r>
      <w:r w:rsidR="00706F61" w:rsidRPr="00706F61">
        <w:rPr>
          <w:rFonts w:cs="Calibri"/>
          <w:color w:val="FF0000"/>
          <w:lang w:val="pl-PL"/>
        </w:rPr>
        <w:t xml:space="preserve"> </w:t>
      </w:r>
    </w:p>
    <w:p w14:paraId="6FFF059D" w14:textId="369C92F9" w:rsidR="00706F61" w:rsidRPr="002C1B11" w:rsidRDefault="00706F61" w:rsidP="00706F61">
      <w:pPr>
        <w:spacing w:line="240" w:lineRule="auto"/>
        <w:rPr>
          <w:rFonts w:cs="Calibri"/>
          <w:color w:val="000000" w:themeColor="text1"/>
          <w:lang w:val="pl-PL"/>
        </w:rPr>
      </w:pPr>
      <w:r w:rsidRPr="002C1B11">
        <w:rPr>
          <w:rFonts w:cs="Calibri"/>
          <w:color w:val="000000" w:themeColor="text1"/>
          <w:lang w:val="pl-PL"/>
        </w:rPr>
        <w:t>Data przyłączenia</w:t>
      </w:r>
      <w:r>
        <w:rPr>
          <w:rFonts w:cs="Calibri"/>
          <w:color w:val="000000" w:themeColor="text1"/>
          <w:lang w:val="pl-PL"/>
        </w:rPr>
        <w:t>/aktualizacji</w:t>
      </w:r>
      <w:r w:rsidRPr="002C1B11">
        <w:rPr>
          <w:rFonts w:cs="Calibri"/>
          <w:color w:val="000000" w:themeColor="text1"/>
          <w:lang w:val="pl-PL"/>
        </w:rPr>
        <w:t xml:space="preserve"> mikroinstalacji:...............................................................</w:t>
      </w:r>
      <w:r>
        <w:rPr>
          <w:rFonts w:cs="Calibri"/>
          <w:color w:val="000000" w:themeColor="text1"/>
          <w:lang w:val="pl-PL"/>
        </w:rPr>
        <w:t>...........</w:t>
      </w:r>
      <w:r w:rsidRPr="002C1B11">
        <w:rPr>
          <w:rFonts w:cs="Calibri"/>
          <w:color w:val="000000" w:themeColor="text1"/>
          <w:lang w:val="pl-PL"/>
        </w:rPr>
        <w:t>.....................................</w:t>
      </w:r>
    </w:p>
    <w:p w14:paraId="155D99EE" w14:textId="213C226F" w:rsidR="00E810D9" w:rsidRPr="002C1B11" w:rsidRDefault="00A02809" w:rsidP="003A3B7A">
      <w:pPr>
        <w:spacing w:line="240" w:lineRule="auto"/>
        <w:rPr>
          <w:rFonts w:cs="Calibri"/>
          <w:color w:val="4F6228" w:themeColor="accent3" w:themeShade="80"/>
          <w:lang w:val="pl-PL"/>
        </w:rPr>
      </w:pPr>
      <w:r w:rsidRPr="002C1B11">
        <w:rPr>
          <w:rFonts w:cs="Calibri"/>
          <w:color w:val="4F6228" w:themeColor="accent3" w:themeShade="80"/>
          <w:lang w:val="pl-PL"/>
        </w:rPr>
        <w:t xml:space="preserve">Data </w:t>
      </w:r>
      <w:r w:rsidR="00860402" w:rsidRPr="002C1B11">
        <w:rPr>
          <w:rFonts w:cs="Calibri"/>
          <w:color w:val="4F6228" w:themeColor="accent3" w:themeShade="80"/>
          <w:lang w:val="pl-PL"/>
        </w:rPr>
        <w:t xml:space="preserve">przyłączenia </w:t>
      </w:r>
      <w:r w:rsidRPr="002C1B11">
        <w:rPr>
          <w:rFonts w:cs="Calibri"/>
          <w:color w:val="4F6228" w:themeColor="accent3" w:themeShade="80"/>
          <w:lang w:val="pl-PL"/>
        </w:rPr>
        <w:t>magazynu energii elektrycznej</w:t>
      </w:r>
      <w:r w:rsidR="004114C2" w:rsidRPr="002C1B11">
        <w:rPr>
          <w:rFonts w:cs="Calibri"/>
          <w:color w:val="4F6228" w:themeColor="accent3" w:themeShade="80"/>
          <w:lang w:val="pl-PL"/>
        </w:rPr>
        <w:t xml:space="preserve">: </w:t>
      </w:r>
      <w:r w:rsidRPr="002C1B11">
        <w:rPr>
          <w:rFonts w:cs="Calibri"/>
          <w:color w:val="4F6228" w:themeColor="accent3" w:themeShade="80"/>
          <w:lang w:val="pl-PL"/>
        </w:rPr>
        <w:t>.....</w:t>
      </w:r>
      <w:r w:rsidR="004114C2" w:rsidRPr="002C1B11">
        <w:rPr>
          <w:rFonts w:cs="Calibri"/>
          <w:color w:val="4F6228" w:themeColor="accent3" w:themeShade="80"/>
          <w:lang w:val="pl-PL"/>
        </w:rPr>
        <w:t>..........................................</w:t>
      </w:r>
      <w:r w:rsidRPr="002C1B11">
        <w:rPr>
          <w:rFonts w:cs="Calibri"/>
          <w:color w:val="4F6228" w:themeColor="accent3" w:themeShade="80"/>
          <w:lang w:val="pl-PL"/>
        </w:rPr>
        <w:t>........</w:t>
      </w:r>
      <w:r w:rsidR="00706F61" w:rsidRPr="002C1B11">
        <w:rPr>
          <w:rFonts w:cs="Calibri"/>
          <w:color w:val="4F6228" w:themeColor="accent3" w:themeShade="80"/>
          <w:lang w:val="pl-PL"/>
        </w:rPr>
        <w:t>.........................................</w:t>
      </w:r>
      <w:r w:rsidRPr="002C1B11">
        <w:rPr>
          <w:rFonts w:cs="Calibri"/>
          <w:color w:val="4F6228" w:themeColor="accent3" w:themeShade="80"/>
          <w:lang w:val="pl-PL"/>
        </w:rPr>
        <w:t>.....</w:t>
      </w:r>
      <w:r w:rsidR="00780094" w:rsidRPr="002C1B11">
        <w:rPr>
          <w:rFonts w:cs="Calibri"/>
          <w:color w:val="4F6228" w:themeColor="accent3" w:themeShade="80"/>
          <w:lang w:val="pl-PL"/>
        </w:rPr>
        <w:t>...</w:t>
      </w:r>
    </w:p>
    <w:p w14:paraId="39D0761D" w14:textId="0CD3A14A" w:rsidR="003A3B7A" w:rsidRPr="002C1B11" w:rsidRDefault="003A3B7A" w:rsidP="003A3B7A">
      <w:pPr>
        <w:spacing w:line="240" w:lineRule="auto"/>
        <w:rPr>
          <w:rFonts w:cs="Calibri"/>
          <w:color w:val="4F6228" w:themeColor="accent3" w:themeShade="80"/>
          <w:lang w:val="pl-PL"/>
        </w:rPr>
      </w:pPr>
      <w:r w:rsidRPr="002C1B11">
        <w:rPr>
          <w:rFonts w:cs="Calibri"/>
          <w:color w:val="4F6228" w:themeColor="accent3" w:themeShade="80"/>
          <w:lang w:val="pl-PL"/>
        </w:rPr>
        <w:t>Pojemność [kWh] magazynu energii elektrycznej: ..........................................................</w:t>
      </w:r>
      <w:r w:rsidR="00780094" w:rsidRPr="002C1B11">
        <w:rPr>
          <w:rFonts w:cs="Calibri"/>
          <w:color w:val="4F6228" w:themeColor="accent3" w:themeShade="80"/>
          <w:lang w:val="pl-PL"/>
        </w:rPr>
        <w:t>.........</w:t>
      </w:r>
      <w:r w:rsidRPr="002C1B11">
        <w:rPr>
          <w:rFonts w:cs="Calibri"/>
          <w:color w:val="4F6228" w:themeColor="accent3" w:themeShade="80"/>
          <w:lang w:val="pl-PL"/>
        </w:rPr>
        <w:t>....................</w:t>
      </w:r>
      <w:r w:rsidR="00860402" w:rsidRPr="002C1B11">
        <w:rPr>
          <w:rFonts w:cs="Calibri"/>
          <w:color w:val="4F6228" w:themeColor="accent3" w:themeShade="80"/>
          <w:lang w:val="pl-PL"/>
        </w:rPr>
        <w:t>.................</w:t>
      </w:r>
    </w:p>
    <w:p w14:paraId="01D1A1EA" w14:textId="64E2987D" w:rsidR="003A3B7A" w:rsidRPr="002C1B11" w:rsidRDefault="003A3B7A" w:rsidP="003A3B7A">
      <w:pPr>
        <w:spacing w:line="240" w:lineRule="auto"/>
        <w:rPr>
          <w:rFonts w:cs="Calibri"/>
          <w:color w:val="4F6228" w:themeColor="accent3" w:themeShade="80"/>
          <w:lang w:val="pl-PL"/>
        </w:rPr>
      </w:pPr>
      <w:r w:rsidRPr="002C1B11">
        <w:rPr>
          <w:rFonts w:cs="Calibri"/>
          <w:color w:val="4F6228" w:themeColor="accent3" w:themeShade="80"/>
          <w:lang w:val="pl-PL"/>
        </w:rPr>
        <w:t>Moc [kW] magazynu energii elektrycznej: ......................................................................................</w:t>
      </w:r>
      <w:r w:rsidR="00780094" w:rsidRPr="002C1B11">
        <w:rPr>
          <w:rFonts w:cs="Calibri"/>
          <w:color w:val="4F6228" w:themeColor="accent3" w:themeShade="80"/>
          <w:lang w:val="pl-PL"/>
        </w:rPr>
        <w:t>.............</w:t>
      </w:r>
      <w:r w:rsidRPr="002C1B11">
        <w:rPr>
          <w:rFonts w:cs="Calibri"/>
          <w:color w:val="4F6228" w:themeColor="accent3" w:themeShade="80"/>
          <w:lang w:val="pl-PL"/>
        </w:rPr>
        <w:t>.....</w:t>
      </w:r>
      <w:r w:rsidR="00860402" w:rsidRPr="002C1B11">
        <w:rPr>
          <w:rFonts w:cs="Calibri"/>
          <w:color w:val="4F6228" w:themeColor="accent3" w:themeShade="80"/>
          <w:lang w:val="pl-PL"/>
        </w:rPr>
        <w:t>................</w:t>
      </w:r>
      <w:r w:rsidR="00F177F6">
        <w:rPr>
          <w:rFonts w:cs="Calibri"/>
          <w:color w:val="4F6228" w:themeColor="accent3" w:themeShade="80"/>
          <w:lang w:val="pl-PL"/>
        </w:rPr>
        <w:t>.</w:t>
      </w:r>
    </w:p>
    <w:p w14:paraId="473AA581" w14:textId="77777777" w:rsidR="00E832FC" w:rsidRDefault="00E832FC" w:rsidP="00E832FC">
      <w:pPr>
        <w:pStyle w:val="Bezodstpw"/>
        <w:rPr>
          <w:highlight w:val="yellow"/>
          <w:lang w:val="pl-PL"/>
        </w:rPr>
      </w:pPr>
    </w:p>
    <w:p w14:paraId="10C195D2" w14:textId="491F3C7D" w:rsidR="00E832FC" w:rsidRPr="0045314C" w:rsidRDefault="00CA79A9" w:rsidP="00E832FC">
      <w:pPr>
        <w:pStyle w:val="Bezodstpw"/>
        <w:rPr>
          <w:rFonts w:ascii="Calibri" w:hAnsi="Calibri"/>
          <w:lang w:val="pl-PL"/>
        </w:rPr>
      </w:pPr>
      <w:r w:rsidRPr="00F82ECD">
        <w:rPr>
          <w:lang w:val="pl-PL"/>
        </w:rPr>
        <w:t xml:space="preserve">UWAGA: </w:t>
      </w:r>
      <w:r w:rsidR="00E832FC" w:rsidRPr="00F82ECD">
        <w:rPr>
          <w:lang w:val="pl-PL"/>
        </w:rPr>
        <w:t>Przed wydaniem zaświadczenia OSD ma prawo do weryfikacji parametrów urządzeń zgłoszonych do przyłączenia</w:t>
      </w:r>
      <w:r w:rsidRPr="00F82ECD">
        <w:rPr>
          <w:lang w:val="pl-PL"/>
        </w:rPr>
        <w:t xml:space="preserve"> w zgłoszonej lokalizacji</w:t>
      </w:r>
      <w:r w:rsidR="00E832FC" w:rsidRPr="00F82ECD">
        <w:rPr>
          <w:lang w:val="pl-PL"/>
        </w:rPr>
        <w:t>.</w:t>
      </w:r>
      <w:r w:rsidR="00E832FC">
        <w:rPr>
          <w:lang w:val="pl-PL"/>
        </w:rPr>
        <w:t xml:space="preserve"> </w:t>
      </w:r>
    </w:p>
    <w:p w14:paraId="1A42FF13" w14:textId="43154DC7" w:rsidR="00E810D9" w:rsidRPr="003A3B7A" w:rsidRDefault="00A02809">
      <w:pPr>
        <w:pStyle w:val="Nagwek2"/>
        <w:rPr>
          <w:rFonts w:asciiTheme="minorHAnsi" w:hAnsiTheme="minorHAnsi" w:cs="Calibri"/>
          <w:color w:val="auto"/>
          <w:lang w:val="pl-PL"/>
        </w:rPr>
      </w:pPr>
      <w:r w:rsidRPr="003A3B7A">
        <w:rPr>
          <w:rFonts w:asciiTheme="minorHAnsi" w:hAnsiTheme="minorHAnsi" w:cs="Calibri"/>
          <w:color w:val="auto"/>
          <w:lang w:val="pl-PL"/>
        </w:rPr>
        <w:t>DANE OPERATORA SIECI DYSTRYBUCYJNEJ (OSD)</w:t>
      </w:r>
    </w:p>
    <w:p w14:paraId="27072189" w14:textId="350A126C" w:rsidR="00126292" w:rsidRPr="002C1B11" w:rsidRDefault="00126292">
      <w:pPr>
        <w:rPr>
          <w:rFonts w:cs="Calibri"/>
          <w:lang w:val="pl-PL"/>
        </w:rPr>
      </w:pPr>
      <w:r>
        <w:rPr>
          <w:rFonts w:cs="Calibri"/>
          <w:noProof/>
          <w:sz w:val="20"/>
          <w:szCs w:val="20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16FE0" wp14:editId="67A03B48">
                <wp:simplePos x="0" y="0"/>
                <wp:positionH relativeFrom="margin">
                  <wp:align>right</wp:align>
                </wp:positionH>
                <wp:positionV relativeFrom="paragraph">
                  <wp:posOffset>4318</wp:posOffset>
                </wp:positionV>
                <wp:extent cx="2201875" cy="745566"/>
                <wp:effectExtent l="0" t="0" r="27305" b="16510"/>
                <wp:wrapNone/>
                <wp:docPr id="66116476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1875" cy="745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AB8AF0" w14:textId="69BE2878" w:rsidR="00126292" w:rsidRPr="002C1B11" w:rsidRDefault="00126292" w:rsidP="002C1B1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C1B11"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 xml:space="preserve">Pieczęć  </w:t>
                            </w:r>
                            <w:r w:rsidRPr="002C1B11">
                              <w:rPr>
                                <w:sz w:val="16"/>
                                <w:szCs w:val="16"/>
                              </w:rPr>
                              <w:t>OSD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036F6A8D" w14:textId="1065DC2A" w:rsidR="00145148" w:rsidRDefault="00145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16FE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22.2pt;margin-top:.35pt;width:173.4pt;height:58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" fillcolor="white [3201]" strokeweight=".5pt">
                <v:textbox>
                  <w:txbxContent>
                    <w:p w14:paraId="29AB8AF0" w14:textId="69BE2878" w:rsidR="00126292" w:rsidRPr="002C1B11" w:rsidRDefault="00126292" w:rsidP="002C1B1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C1B11"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 xml:space="preserve">Pieczęć  </w:t>
                      </w:r>
                      <w:r w:rsidRPr="002C1B11">
                        <w:rPr>
                          <w:sz w:val="16"/>
                          <w:szCs w:val="16"/>
                        </w:rPr>
                        <w:t>OSD</w:t>
                      </w:r>
                      <w:r>
                        <w:rPr>
                          <w:sz w:val="16"/>
                          <w:szCs w:val="16"/>
                        </w:rPr>
                        <w:t>:</w:t>
                      </w:r>
                    </w:p>
                    <w:p w14:paraId="036F6A8D" w14:textId="1065DC2A" w:rsidR="00145148" w:rsidRDefault="00145148"/>
                  </w:txbxContent>
                </v:textbox>
                <w10:wrap anchorx="margin"/>
              </v:shape>
            </w:pict>
          </mc:Fallback>
        </mc:AlternateContent>
      </w:r>
      <w:r w:rsidR="00A02809" w:rsidRPr="003A3B7A">
        <w:rPr>
          <w:rFonts w:cs="Calibri"/>
          <w:lang w:val="pl-PL"/>
        </w:rPr>
        <w:t>Nazwa OSD: ....................................................................................</w:t>
      </w:r>
    </w:p>
    <w:p w14:paraId="4738E428" w14:textId="0AB6E951" w:rsidR="00145148" w:rsidRPr="00CE0B7B" w:rsidRDefault="00145148" w:rsidP="00145148">
      <w:pPr>
        <w:ind w:left="6480" w:firstLine="720"/>
        <w:rPr>
          <w:rFonts w:cs="Calibri"/>
          <w:sz w:val="20"/>
          <w:szCs w:val="20"/>
          <w:lang w:val="pl-PL"/>
        </w:rPr>
      </w:pPr>
    </w:p>
    <w:p w14:paraId="5329250A" w14:textId="26218964" w:rsidR="00145148" w:rsidRPr="00CE0B7B" w:rsidRDefault="00145148" w:rsidP="002C1B11">
      <w:pPr>
        <w:ind w:left="5760"/>
        <w:rPr>
          <w:rFonts w:cs="Calibri"/>
          <w:sz w:val="20"/>
          <w:szCs w:val="20"/>
          <w:lang w:val="pl-PL"/>
        </w:rPr>
      </w:pPr>
    </w:p>
    <w:p w14:paraId="537726C6" w14:textId="3DC3CCA8" w:rsidR="00C3063C" w:rsidRDefault="00126292" w:rsidP="00CE0B7B">
      <w:pPr>
        <w:rPr>
          <w:rFonts w:cs="Calibri"/>
          <w:sz w:val="20"/>
          <w:szCs w:val="20"/>
          <w:lang w:val="pl-PL"/>
        </w:rPr>
      </w:pPr>
      <w:r>
        <w:rPr>
          <w:rFonts w:cs="Calibri"/>
          <w:noProof/>
          <w:sz w:val="20"/>
          <w:szCs w:val="20"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80125" wp14:editId="6E190017">
                <wp:simplePos x="0" y="0"/>
                <wp:positionH relativeFrom="margin">
                  <wp:posOffset>3415538</wp:posOffset>
                </wp:positionH>
                <wp:positionV relativeFrom="paragraph">
                  <wp:posOffset>21487</wp:posOffset>
                </wp:positionV>
                <wp:extent cx="2545080" cy="585013"/>
                <wp:effectExtent l="0" t="0" r="26670" b="24765"/>
                <wp:wrapNone/>
                <wp:docPr id="60146519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080" cy="585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FFE53" w14:textId="794490CB" w:rsidR="00126292" w:rsidRPr="002C1B11" w:rsidRDefault="00126292">
                            <w:pPr>
                              <w:rPr>
                                <w:rFonts w:cs="Calibri"/>
                                <w:sz w:val="6"/>
                                <w:szCs w:val="6"/>
                                <w:lang w:val="pl-PL"/>
                              </w:rPr>
                            </w:pPr>
                            <w:r w:rsidRPr="002C1B11"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>Podpis osoby reprezentującej OSD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>:</w:t>
                            </w:r>
                          </w:p>
                          <w:p w14:paraId="1552EBB3" w14:textId="411EA604" w:rsidR="00126292" w:rsidRPr="002C1B11" w:rsidRDefault="0012629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>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80125" id="Pole tekstowe 2" o:spid="_x0000_s1027" type="#_x0000_t202" style="position:absolute;margin-left:268.95pt;margin-top:1.7pt;width:200.4pt;height:46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klOgIAAIMEAAAOAAAAZHJzL2Uyb0RvYy54bWysVE1v2zAMvQ/YfxB0X+ykSZc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" fillcolor="white [3201]" strokeweight=".5pt">
                <v:textbox>
                  <w:txbxContent>
                    <w:p w14:paraId="16CFFE53" w14:textId="794490CB" w:rsidR="00126292" w:rsidRPr="002C1B11" w:rsidRDefault="00126292">
                      <w:pPr>
                        <w:rPr>
                          <w:rFonts w:cs="Calibri"/>
                          <w:sz w:val="6"/>
                          <w:szCs w:val="6"/>
                          <w:lang w:val="pl-PL"/>
                        </w:rPr>
                      </w:pPr>
                      <w:r w:rsidRPr="002C1B11"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>Podpis osoby reprezentującej OSD</w:t>
                      </w:r>
                      <w:r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>:</w:t>
                      </w:r>
                    </w:p>
                    <w:p w14:paraId="1552EBB3" w14:textId="411EA604" w:rsidR="00126292" w:rsidRPr="002C1B11" w:rsidRDefault="0012629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>………………………………………………………………………………..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C0DB96" w14:textId="47413AE7" w:rsidR="00CE0B7B" w:rsidRPr="00CE0B7B" w:rsidRDefault="00A02809" w:rsidP="00CE0B7B">
      <w:pPr>
        <w:rPr>
          <w:rFonts w:cs="Calibri"/>
          <w:sz w:val="20"/>
          <w:szCs w:val="20"/>
          <w:lang w:val="pl-PL"/>
        </w:rPr>
      </w:pPr>
      <w:r w:rsidRPr="00CE0B7B">
        <w:rPr>
          <w:rFonts w:cs="Calibri"/>
          <w:sz w:val="20"/>
          <w:szCs w:val="20"/>
          <w:lang w:val="pl-PL"/>
        </w:rPr>
        <w:t>Data</w:t>
      </w:r>
      <w:r w:rsidR="004114C2" w:rsidRPr="00CE0B7B">
        <w:rPr>
          <w:rFonts w:cs="Calibri"/>
          <w:sz w:val="20"/>
          <w:szCs w:val="20"/>
          <w:lang w:val="pl-PL"/>
        </w:rPr>
        <w:t xml:space="preserve"> wydania dokumentu</w:t>
      </w:r>
      <w:r w:rsidRPr="00CE0B7B">
        <w:rPr>
          <w:rFonts w:cs="Calibri"/>
          <w:sz w:val="20"/>
          <w:szCs w:val="20"/>
          <w:lang w:val="pl-PL"/>
        </w:rPr>
        <w:t>: ..................................</w:t>
      </w:r>
    </w:p>
    <w:sectPr w:rsidR="00CE0B7B" w:rsidRPr="00CE0B7B" w:rsidSect="00CE0B7B">
      <w:headerReference w:type="default" r:id="rId8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3127" w14:textId="77777777" w:rsidR="0076733B" w:rsidRDefault="0076733B" w:rsidP="002D075F">
      <w:pPr>
        <w:spacing w:after="0" w:line="240" w:lineRule="auto"/>
      </w:pPr>
      <w:r>
        <w:separator/>
      </w:r>
    </w:p>
  </w:endnote>
  <w:endnote w:type="continuationSeparator" w:id="0">
    <w:p w14:paraId="4DA29D97" w14:textId="77777777" w:rsidR="0076733B" w:rsidRDefault="0076733B" w:rsidP="002D0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BE2E0" w14:textId="77777777" w:rsidR="0076733B" w:rsidRDefault="0076733B" w:rsidP="002D075F">
      <w:pPr>
        <w:spacing w:after="0" w:line="240" w:lineRule="auto"/>
      </w:pPr>
      <w:r>
        <w:separator/>
      </w:r>
    </w:p>
  </w:footnote>
  <w:footnote w:type="continuationSeparator" w:id="0">
    <w:p w14:paraId="3C82BC00" w14:textId="77777777" w:rsidR="0076733B" w:rsidRDefault="0076733B" w:rsidP="002D0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  <w:lang w:val="pl-PL"/>
      </w:rPr>
      <w:alias w:val="Tytuł"/>
      <w:tag w:val=""/>
      <w:id w:val="1116400235"/>
      <w:placeholder>
        <w:docPart w:val="3452DA65E7AD4376A2C9F9069B0EB6C1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EABCBDD" w14:textId="7BB41BE3" w:rsidR="002D075F" w:rsidRPr="002D075F" w:rsidRDefault="00EC272A" w:rsidP="003A3B7A">
        <w:pPr>
          <w:pStyle w:val="Nagwek"/>
          <w:tabs>
            <w:tab w:val="clear" w:pos="4680"/>
            <w:tab w:val="clear" w:pos="9360"/>
          </w:tabs>
          <w:jc w:val="right"/>
          <w:rPr>
            <w:lang w:val="pl-PL"/>
          </w:rPr>
        </w:pPr>
        <w:r>
          <w:rPr>
            <w:color w:val="7F7F7F" w:themeColor="text1" w:themeTint="80"/>
            <w:lang w:val="pl-PL"/>
          </w:rPr>
          <w:t>Wzór – zaświadczenia OSD potwierdzającego instalację OZE wraz z magazynem energii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387DE8"/>
    <w:multiLevelType w:val="hybridMultilevel"/>
    <w:tmpl w:val="CBC26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170AE"/>
    <w:multiLevelType w:val="hybridMultilevel"/>
    <w:tmpl w:val="42CE5D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507373">
    <w:abstractNumId w:val="8"/>
  </w:num>
  <w:num w:numId="2" w16cid:durableId="509948476">
    <w:abstractNumId w:val="6"/>
  </w:num>
  <w:num w:numId="3" w16cid:durableId="385110531">
    <w:abstractNumId w:val="5"/>
  </w:num>
  <w:num w:numId="4" w16cid:durableId="1978141432">
    <w:abstractNumId w:val="4"/>
  </w:num>
  <w:num w:numId="5" w16cid:durableId="1190802352">
    <w:abstractNumId w:val="7"/>
  </w:num>
  <w:num w:numId="6" w16cid:durableId="1939169816">
    <w:abstractNumId w:val="3"/>
  </w:num>
  <w:num w:numId="7" w16cid:durableId="730033926">
    <w:abstractNumId w:val="2"/>
  </w:num>
  <w:num w:numId="8" w16cid:durableId="801654040">
    <w:abstractNumId w:val="1"/>
  </w:num>
  <w:num w:numId="9" w16cid:durableId="1879392390">
    <w:abstractNumId w:val="0"/>
  </w:num>
  <w:num w:numId="10" w16cid:durableId="467744554">
    <w:abstractNumId w:val="10"/>
  </w:num>
  <w:num w:numId="11" w16cid:durableId="1073236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70"/>
    <w:rsid w:val="00034616"/>
    <w:rsid w:val="00057CFD"/>
    <w:rsid w:val="0006063C"/>
    <w:rsid w:val="000A2A7B"/>
    <w:rsid w:val="001115A2"/>
    <w:rsid w:val="00120C93"/>
    <w:rsid w:val="00126292"/>
    <w:rsid w:val="00145148"/>
    <w:rsid w:val="0015074B"/>
    <w:rsid w:val="00153EBB"/>
    <w:rsid w:val="00234702"/>
    <w:rsid w:val="00254EBA"/>
    <w:rsid w:val="0029639D"/>
    <w:rsid w:val="002C082F"/>
    <w:rsid w:val="002C1B11"/>
    <w:rsid w:val="002D075F"/>
    <w:rsid w:val="00326F90"/>
    <w:rsid w:val="003542AE"/>
    <w:rsid w:val="003664FF"/>
    <w:rsid w:val="00367111"/>
    <w:rsid w:val="003A3B7A"/>
    <w:rsid w:val="003B7BD4"/>
    <w:rsid w:val="003F6873"/>
    <w:rsid w:val="004114C2"/>
    <w:rsid w:val="0045314C"/>
    <w:rsid w:val="004D472A"/>
    <w:rsid w:val="004E58F5"/>
    <w:rsid w:val="005C2B08"/>
    <w:rsid w:val="005C33EB"/>
    <w:rsid w:val="00680D5D"/>
    <w:rsid w:val="00685141"/>
    <w:rsid w:val="00706F61"/>
    <w:rsid w:val="00711EBA"/>
    <w:rsid w:val="00741D62"/>
    <w:rsid w:val="0076733B"/>
    <w:rsid w:val="00780094"/>
    <w:rsid w:val="00780A90"/>
    <w:rsid w:val="007A6FA2"/>
    <w:rsid w:val="00850759"/>
    <w:rsid w:val="00860402"/>
    <w:rsid w:val="00983E37"/>
    <w:rsid w:val="009B15A4"/>
    <w:rsid w:val="009C6794"/>
    <w:rsid w:val="00A02809"/>
    <w:rsid w:val="00A4309A"/>
    <w:rsid w:val="00A45223"/>
    <w:rsid w:val="00A624F8"/>
    <w:rsid w:val="00A917F7"/>
    <w:rsid w:val="00AA1D8D"/>
    <w:rsid w:val="00AC4B4D"/>
    <w:rsid w:val="00AF5BBF"/>
    <w:rsid w:val="00B3079E"/>
    <w:rsid w:val="00B416C1"/>
    <w:rsid w:val="00B47730"/>
    <w:rsid w:val="00BB021C"/>
    <w:rsid w:val="00C3063C"/>
    <w:rsid w:val="00C37F55"/>
    <w:rsid w:val="00CA79A9"/>
    <w:rsid w:val="00CB0664"/>
    <w:rsid w:val="00CE0B7B"/>
    <w:rsid w:val="00DA6868"/>
    <w:rsid w:val="00DC22C1"/>
    <w:rsid w:val="00DF4D1B"/>
    <w:rsid w:val="00E810D9"/>
    <w:rsid w:val="00E832FC"/>
    <w:rsid w:val="00EA2E15"/>
    <w:rsid w:val="00EC272A"/>
    <w:rsid w:val="00EC5C82"/>
    <w:rsid w:val="00ED2D4D"/>
    <w:rsid w:val="00ED5DB8"/>
    <w:rsid w:val="00F177F6"/>
    <w:rsid w:val="00F82ECD"/>
    <w:rsid w:val="00FC693F"/>
    <w:rsid w:val="00FF310E"/>
    <w:rsid w:val="0658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49005C40-6FBD-4BD2-BA2F-185C044B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EC272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C27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27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27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27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27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52DA65E7AD4376A2C9F9069B0EB6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2B7EA-E8A8-4650-806E-6B9ADDD9E754}"/>
      </w:docPartPr>
      <w:docPartBody>
        <w:p w:rsidR="00075794" w:rsidRDefault="002626E5" w:rsidP="002626E5">
          <w:pPr>
            <w:pStyle w:val="3452DA65E7AD4376A2C9F9069B0EB6C1"/>
          </w:pPr>
          <w:r>
            <w:rPr>
              <w:color w:val="7F7F7F" w:themeColor="text1" w:themeTint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E5"/>
    <w:rsid w:val="00050FDF"/>
    <w:rsid w:val="00075794"/>
    <w:rsid w:val="000F1455"/>
    <w:rsid w:val="002626E5"/>
    <w:rsid w:val="002A7D5D"/>
    <w:rsid w:val="00322BB7"/>
    <w:rsid w:val="003F6873"/>
    <w:rsid w:val="0043332D"/>
    <w:rsid w:val="004D472A"/>
    <w:rsid w:val="00693F00"/>
    <w:rsid w:val="00780A90"/>
    <w:rsid w:val="00850759"/>
    <w:rsid w:val="009A4E49"/>
    <w:rsid w:val="00A624F8"/>
    <w:rsid w:val="00B416C1"/>
    <w:rsid w:val="00B919EF"/>
    <w:rsid w:val="00BE0EDF"/>
    <w:rsid w:val="00C37F55"/>
    <w:rsid w:val="00D2528B"/>
    <w:rsid w:val="00DC22C1"/>
    <w:rsid w:val="00ED5DB8"/>
    <w:rsid w:val="00F47505"/>
    <w:rsid w:val="00FA6B26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452DA65E7AD4376A2C9F9069B0EB6C1">
    <w:name w:val="3452DA65E7AD4376A2C9F9069B0EB6C1"/>
    <w:rsid w:val="002626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– zaświadczenia OSD potwierdzającego instalację OZE wraz z magazynem energii</vt:lpstr>
    </vt:vector>
  </TitlesOfParts>
  <Manager/>
  <Company/>
  <LinksUpToDate>false</LinksUpToDate>
  <CharactersWithSpaces>2503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– zaświadczenia OSD potwierdzającego instalację OZE wraz z magazynem energii</dc:title>
  <dc:subject/>
  <dc:creator>Kossakowska Sylwia</dc:creator>
  <cp:keywords/>
  <dc:description>generated by python-docx</dc:description>
  <cp:lastModifiedBy>Kossakowska Sylwia</cp:lastModifiedBy>
  <cp:revision>2</cp:revision>
  <dcterms:created xsi:type="dcterms:W3CDTF">2026-09-25T10:30:00Z</dcterms:created>
  <dcterms:modified xsi:type="dcterms:W3CDTF">2026-09-25T10:30:00Z</dcterms:modified>
  <cp:category/>
</cp:coreProperties>
</file>